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1125" w:tblpY="-26"/>
        <w:tblOverlap w:val="never"/>
        <w:tblW w:w="5677" w:type="pct"/>
        <w:tblBorders>
          <w:bottom w:val="single" w:sz="4" w:space="0" w:color="auto"/>
          <w:insideH w:val="single" w:sz="6" w:space="0" w:color="EEEEEE"/>
          <w:insideV w:val="single" w:sz="4" w:space="0" w:color="auto"/>
        </w:tblBorders>
        <w:shd w:val="clear" w:color="auto" w:fill="FFFFFF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4140"/>
        <w:gridCol w:w="5670"/>
      </w:tblGrid>
      <w:tr w:rsidR="005A183F" w:rsidRPr="005A183F" w14:paraId="4C595E9A" w14:textId="77777777" w:rsidTr="00F64EF9">
        <w:trPr>
          <w:trHeight w:val="315"/>
        </w:trPr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6748ED61" w14:textId="28C2BD43" w:rsidR="005A183F" w:rsidRPr="005A183F" w:rsidRDefault="005A183F" w:rsidP="005A183F">
            <w:pPr>
              <w:tabs>
                <w:tab w:val="center" w:pos="1683"/>
              </w:tabs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val="nl-NL"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Nam</w:t>
            </w:r>
            <w:r w:rsidR="00F64EF9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e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73C7A031" w14:textId="0975ED2E" w:rsidR="005A183F" w:rsidRPr="005A183F" w:rsidRDefault="005A183F" w:rsidP="005A183F">
            <w:pPr>
              <w:jc w:val="right"/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</w:p>
        </w:tc>
      </w:tr>
      <w:tr w:rsidR="005A183F" w:rsidRPr="005A183F" w14:paraId="7A1B1BFB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464A7C6D" w14:textId="77777777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Date of my next call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329430A6" w14:textId="3CEF79AD" w:rsidR="005A183F" w:rsidRPr="005A183F" w:rsidRDefault="00F8390C" w:rsidP="005A183F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June</w:t>
            </w:r>
            <w:r w:rsidR="00F64EF9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14</w:t>
            </w:r>
            <w:r w:rsidR="00F64EF9" w:rsidRPr="00F64EF9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vertAlign w:val="superscript"/>
                <w:lang w:eastAsia="nl-NL"/>
              </w:rPr>
              <w:t>th</w:t>
            </w:r>
            <w:proofErr w:type="gramStart"/>
            <w:r w:rsidR="005A183F"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2024</w:t>
            </w:r>
            <w:proofErr w:type="gramEnd"/>
            <w:r w:rsidR="005A183F"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 xml:space="preserve"> </w:t>
            </w:r>
            <w:r w:rsidR="00DE6777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10 AM WET</w:t>
            </w:r>
          </w:p>
        </w:tc>
      </w:tr>
      <w:tr w:rsidR="005A183F" w:rsidRPr="005A183F" w14:paraId="7ACC9FF1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7D0D578D" w14:textId="3EE10B92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are the specific, measurable actions I committed to on my last call?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03E4C7AB" w14:textId="135FC051" w:rsidR="00215D23" w:rsidRPr="005A183F" w:rsidRDefault="00215D23" w:rsidP="005A183F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</w:p>
        </w:tc>
      </w:tr>
      <w:tr w:rsidR="005A183F" w:rsidRPr="005A183F" w14:paraId="378C803D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1720E2EE" w14:textId="42761106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are the actions I have taken since my last call?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63AE7A08" w14:textId="38597F3D" w:rsidR="006B41DD" w:rsidRPr="005A183F" w:rsidRDefault="006B41DD" w:rsidP="005A183F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</w:p>
        </w:tc>
      </w:tr>
      <w:tr w:rsidR="005A183F" w:rsidRPr="005A183F" w14:paraId="639D57F7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24207D40" w14:textId="210B568C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benefits and positive results did I gain from these actions?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0D71D8F8" w14:textId="1A61ECCA" w:rsidR="007B3A7E" w:rsidRPr="005A183F" w:rsidRDefault="007B3A7E" w:rsidP="00F64EF9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</w:p>
        </w:tc>
      </w:tr>
      <w:tr w:rsidR="005A183F" w:rsidRPr="005A183F" w14:paraId="7BF9FDF0" w14:textId="77777777" w:rsidTr="005A183F">
        <w:trPr>
          <w:trHeight w:val="1218"/>
        </w:trPr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26448F93" w14:textId="694372C7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are the new opportunities &amp; positive results of the actions I have taken? What benefits did I gain from my actions?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2F44C302" w14:textId="5C7313E3" w:rsidR="005A183F" w:rsidRPr="005A183F" w:rsidRDefault="005A183F" w:rsidP="005A183F">
            <w:pPr>
              <w:tabs>
                <w:tab w:val="left" w:pos="1797"/>
              </w:tabs>
              <w:rPr>
                <w:rFonts w:asciiTheme="majorHAnsi" w:eastAsia="Times New Roman" w:hAnsiTheme="majorHAnsi" w:cstheme="majorHAnsi"/>
                <w:sz w:val="21"/>
                <w:szCs w:val="21"/>
                <w:lang w:eastAsia="nl-NL"/>
              </w:rPr>
            </w:pPr>
          </w:p>
        </w:tc>
      </w:tr>
      <w:tr w:rsidR="005A183F" w:rsidRPr="005A183F" w14:paraId="6B2BE850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408FD4B4" w14:textId="77777777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are my successes and magic moments since my last call?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68DFC23F" w14:textId="236F714B" w:rsidR="00C65525" w:rsidRPr="005A183F" w:rsidRDefault="00C65525" w:rsidP="00F64EF9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</w:p>
        </w:tc>
      </w:tr>
      <w:tr w:rsidR="005A183F" w:rsidRPr="005A183F" w14:paraId="1BA3136C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0E7C47D1" w14:textId="675081D9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are the challenges or opportunities for growth I've experienced since my last call?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50DBCF0D" w14:textId="49D1A04E" w:rsidR="005A183F" w:rsidRPr="005A183F" w:rsidRDefault="005A183F" w:rsidP="005A183F">
            <w:pPr>
              <w:spacing w:line="259" w:lineRule="auto"/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</w:p>
        </w:tc>
      </w:tr>
      <w:tr w:rsidR="005A183F" w:rsidRPr="005A183F" w14:paraId="05B3BF26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5A2CC6B6" w14:textId="0E027DC5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do I specifically want to focus on for my next call? What do I need from this call to move forward on my goals? 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02D021F7" w14:textId="6B48DA2F" w:rsidR="005A183F" w:rsidRPr="005A183F" w:rsidRDefault="005A183F" w:rsidP="005A183F">
            <w:pPr>
              <w:spacing w:line="259" w:lineRule="auto"/>
              <w:rPr>
                <w:rFonts w:asciiTheme="majorHAnsi" w:hAnsiTheme="majorHAnsi" w:cstheme="majorHAnsi"/>
                <w:sz w:val="21"/>
                <w:szCs w:val="21"/>
              </w:rPr>
            </w:pPr>
          </w:p>
        </w:tc>
      </w:tr>
      <w:tr w:rsidR="005A183F" w:rsidRPr="005A183F" w14:paraId="40203088" w14:textId="77777777" w:rsidTr="005A183F">
        <w:tc>
          <w:tcPr>
            <w:tcW w:w="414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5BB8D40C" w14:textId="319BD3E3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aps/>
                <w:color w:val="000000" w:themeColor="text1"/>
                <w:sz w:val="21"/>
                <w:szCs w:val="21"/>
                <w:lang w:eastAsia="nl-NL"/>
              </w:rPr>
            </w:pPr>
            <w:r w:rsidRPr="005A183F"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  <w:t>What am I enjoying most about my coaching? </w:t>
            </w:r>
          </w:p>
        </w:tc>
        <w:tc>
          <w:tcPr>
            <w:tcW w:w="5670" w:type="dxa"/>
            <w:shd w:val="clear" w:color="auto" w:fill="FFFFFF" w:themeFill="background1"/>
            <w:tcMar>
              <w:top w:w="225" w:type="dxa"/>
              <w:left w:w="80" w:type="dxa"/>
              <w:bottom w:w="225" w:type="dxa"/>
              <w:right w:w="80" w:type="dxa"/>
            </w:tcMar>
            <w:hideMark/>
          </w:tcPr>
          <w:p w14:paraId="5CABA685" w14:textId="083EFA36" w:rsidR="005A183F" w:rsidRPr="005A183F" w:rsidRDefault="005A183F" w:rsidP="005A183F">
            <w:pPr>
              <w:rPr>
                <w:rFonts w:asciiTheme="majorHAnsi" w:eastAsia="Times New Roman" w:hAnsiTheme="majorHAnsi" w:cstheme="majorHAnsi"/>
                <w:color w:val="000000" w:themeColor="text1"/>
                <w:sz w:val="21"/>
                <w:szCs w:val="21"/>
                <w:lang w:eastAsia="nl-NL"/>
              </w:rPr>
            </w:pPr>
          </w:p>
        </w:tc>
      </w:tr>
    </w:tbl>
    <w:p w14:paraId="0081575F" w14:textId="4EEF63D3" w:rsidR="00CC70D2" w:rsidRPr="005A183F" w:rsidRDefault="00CC70D2" w:rsidP="005A183F">
      <w:pPr>
        <w:rPr>
          <w:rFonts w:asciiTheme="majorHAnsi" w:hAnsiTheme="majorHAnsi" w:cstheme="majorHAnsi"/>
          <w:color w:val="000000" w:themeColor="text1"/>
          <w:sz w:val="21"/>
          <w:szCs w:val="21"/>
        </w:rPr>
      </w:pPr>
    </w:p>
    <w:sectPr w:rsidR="00CC70D2" w:rsidRPr="005A183F" w:rsidSect="00FB2745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EDEDF" w14:textId="77777777" w:rsidR="00FB2745" w:rsidRDefault="00FB2745" w:rsidP="00B116A7">
      <w:pPr>
        <w:spacing w:after="0" w:line="240" w:lineRule="auto"/>
      </w:pPr>
      <w:r>
        <w:separator/>
      </w:r>
    </w:p>
  </w:endnote>
  <w:endnote w:type="continuationSeparator" w:id="0">
    <w:p w14:paraId="24511626" w14:textId="77777777" w:rsidR="00FB2745" w:rsidRDefault="00FB2745" w:rsidP="00B11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7657F" w14:textId="0EEF724F" w:rsidR="006D7C6B" w:rsidRPr="006D7C6B" w:rsidRDefault="006D7C6B">
    <w:pPr>
      <w:pStyle w:val="Footer"/>
      <w:rPr>
        <w:sz w:val="16"/>
        <w:szCs w:val="16"/>
        <w:lang w:val="nl-NL"/>
      </w:rPr>
    </w:pPr>
    <w:r>
      <w:rPr>
        <w:sz w:val="16"/>
        <w:szCs w:val="16"/>
        <w:lang w:val="nl-NL"/>
      </w:rPr>
      <w:sym w:font="Symbol" w:char="F0D3"/>
    </w:r>
    <w:r>
      <w:rPr>
        <w:sz w:val="16"/>
        <w:szCs w:val="16"/>
        <w:lang w:val="nl-NL"/>
      </w:rPr>
      <w:t xml:space="preserve"> </w:t>
    </w:r>
    <w:proofErr w:type="spellStart"/>
    <w:r w:rsidRPr="006D7C6B">
      <w:rPr>
        <w:sz w:val="16"/>
        <w:szCs w:val="16"/>
        <w:lang w:val="nl-NL"/>
      </w:rPr>
      <w:t>Sustality</w:t>
    </w:r>
    <w:proofErr w:type="spellEnd"/>
    <w:r w:rsidRPr="006D7C6B">
      <w:rPr>
        <w:sz w:val="16"/>
        <w:szCs w:val="16"/>
        <w:lang w:val="nl-NL"/>
      </w:rPr>
      <w:t xml:space="preserve"> </w:t>
    </w:r>
    <w:proofErr w:type="spellStart"/>
    <w:r w:rsidR="005A183F">
      <w:rPr>
        <w:sz w:val="16"/>
        <w:szCs w:val="16"/>
        <w:lang w:val="nl-NL"/>
      </w:rPr>
      <w:t>Session</w:t>
    </w:r>
    <w:proofErr w:type="spellEnd"/>
    <w:r w:rsidR="005A183F">
      <w:rPr>
        <w:sz w:val="16"/>
        <w:szCs w:val="16"/>
        <w:lang w:val="nl-NL"/>
      </w:rPr>
      <w:t xml:space="preserve"> </w:t>
    </w:r>
    <w:proofErr w:type="spellStart"/>
    <w:r w:rsidR="005A183F">
      <w:rPr>
        <w:sz w:val="16"/>
        <w:szCs w:val="16"/>
        <w:lang w:val="nl-NL"/>
      </w:rPr>
      <w:t>Preparation</w:t>
    </w:r>
    <w:proofErr w:type="spellEnd"/>
    <w:r w:rsidR="005A183F">
      <w:rPr>
        <w:sz w:val="16"/>
        <w:szCs w:val="16"/>
        <w:lang w:val="nl-NL"/>
      </w:rPr>
      <w:t xml:space="preserve"> form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98B0E" w14:textId="77777777" w:rsidR="00FB2745" w:rsidRDefault="00FB2745" w:rsidP="00B116A7">
      <w:pPr>
        <w:spacing w:after="0" w:line="240" w:lineRule="auto"/>
      </w:pPr>
      <w:r>
        <w:separator/>
      </w:r>
    </w:p>
  </w:footnote>
  <w:footnote w:type="continuationSeparator" w:id="0">
    <w:p w14:paraId="32A17785" w14:textId="77777777" w:rsidR="00FB2745" w:rsidRDefault="00FB2745" w:rsidP="00B11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31BEB" w14:textId="259E8D14" w:rsidR="006D7C6B" w:rsidRDefault="005A183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97072A" wp14:editId="4CFB2C02">
              <wp:simplePos x="0" y="0"/>
              <wp:positionH relativeFrom="column">
                <wp:posOffset>525995</wp:posOffset>
              </wp:positionH>
              <wp:positionV relativeFrom="paragraph">
                <wp:posOffset>-238894</wp:posOffset>
              </wp:positionV>
              <wp:extent cx="2147581" cy="318339"/>
              <wp:effectExtent l="0" t="0" r="0" b="0"/>
              <wp:wrapNone/>
              <wp:docPr id="43130411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7581" cy="31833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CC4F09" w14:textId="66895995" w:rsidR="005A183F" w:rsidRPr="00F1372F" w:rsidRDefault="00133720">
                          <w:pPr>
                            <w:rPr>
                              <w:rFonts w:asciiTheme="majorHAnsi" w:hAnsiTheme="majorHAnsi" w:cstheme="majorHAnsi"/>
                              <w:b/>
                              <w:bCs/>
                              <w:sz w:val="24"/>
                              <w:szCs w:val="24"/>
                              <w:lang w:val="nl-NL"/>
                            </w:rPr>
                          </w:pPr>
                          <w:proofErr w:type="spellStart"/>
                          <w:r w:rsidRPr="00F1372F">
                            <w:rPr>
                              <w:rFonts w:asciiTheme="majorHAnsi" w:hAnsiTheme="majorHAnsi" w:cstheme="majorHAnsi"/>
                              <w:b/>
                              <w:bCs/>
                              <w:sz w:val="24"/>
                              <w:szCs w:val="24"/>
                              <w:lang w:val="nl-NL"/>
                            </w:rPr>
                            <w:t>Session</w:t>
                          </w:r>
                          <w:proofErr w:type="spellEnd"/>
                          <w:r w:rsidRPr="00F1372F">
                            <w:rPr>
                              <w:rFonts w:asciiTheme="majorHAnsi" w:hAnsiTheme="majorHAnsi" w:cstheme="majorHAnsi"/>
                              <w:b/>
                              <w:bCs/>
                              <w:sz w:val="24"/>
                              <w:szCs w:val="24"/>
                              <w:lang w:val="nl-NL"/>
                            </w:rPr>
                            <w:t xml:space="preserve"> </w:t>
                          </w:r>
                          <w:proofErr w:type="spellStart"/>
                          <w:r w:rsidRPr="00F1372F">
                            <w:rPr>
                              <w:rFonts w:asciiTheme="majorHAnsi" w:hAnsiTheme="majorHAnsi" w:cstheme="majorHAnsi"/>
                              <w:b/>
                              <w:bCs/>
                              <w:sz w:val="24"/>
                              <w:szCs w:val="24"/>
                              <w:lang w:val="nl-NL"/>
                            </w:rPr>
                            <w:t>preparation</w:t>
                          </w:r>
                          <w:proofErr w:type="spellEnd"/>
                          <w:r w:rsidRPr="00F1372F">
                            <w:rPr>
                              <w:rFonts w:asciiTheme="majorHAnsi" w:hAnsiTheme="majorHAnsi" w:cstheme="majorHAnsi"/>
                              <w:b/>
                              <w:bCs/>
                              <w:sz w:val="24"/>
                              <w:szCs w:val="24"/>
                              <w:lang w:val="nl-NL"/>
                            </w:rPr>
                            <w:t xml:space="preserve">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E9707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.4pt;margin-top:-18.8pt;width:169.1pt;height:25.0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" filled="f" stroked="f" strokeweight=".5pt">
              <v:textbox>
                <w:txbxContent>
                  <w:p w14:paraId="37CC4F09" w14:textId="66895995" w:rsidR="005A183F" w:rsidRPr="00F1372F" w:rsidRDefault="00133720">
                    <w:pPr>
                      <w:rPr>
                        <w:rFonts w:asciiTheme="majorHAnsi" w:hAnsiTheme="majorHAnsi" w:cstheme="majorHAnsi"/>
                        <w:b/>
                        <w:bCs/>
                        <w:sz w:val="24"/>
                        <w:szCs w:val="24"/>
                        <w:lang w:val="nl-NL"/>
                      </w:rPr>
                    </w:pPr>
                    <w:proofErr w:type="spellStart"/>
                    <w:r w:rsidRPr="00F1372F">
                      <w:rPr>
                        <w:rFonts w:asciiTheme="majorHAnsi" w:hAnsiTheme="majorHAnsi" w:cstheme="majorHAnsi"/>
                        <w:b/>
                        <w:bCs/>
                        <w:sz w:val="24"/>
                        <w:szCs w:val="24"/>
                        <w:lang w:val="nl-NL"/>
                      </w:rPr>
                      <w:t>Session</w:t>
                    </w:r>
                    <w:proofErr w:type="spellEnd"/>
                    <w:r w:rsidRPr="00F1372F">
                      <w:rPr>
                        <w:rFonts w:asciiTheme="majorHAnsi" w:hAnsiTheme="majorHAnsi" w:cstheme="majorHAnsi"/>
                        <w:b/>
                        <w:bCs/>
                        <w:sz w:val="24"/>
                        <w:szCs w:val="24"/>
                        <w:lang w:val="nl-NL"/>
                      </w:rPr>
                      <w:t xml:space="preserve"> </w:t>
                    </w:r>
                    <w:proofErr w:type="spellStart"/>
                    <w:r w:rsidRPr="00F1372F">
                      <w:rPr>
                        <w:rFonts w:asciiTheme="majorHAnsi" w:hAnsiTheme="majorHAnsi" w:cstheme="majorHAnsi"/>
                        <w:b/>
                        <w:bCs/>
                        <w:sz w:val="24"/>
                        <w:szCs w:val="24"/>
                        <w:lang w:val="nl-NL"/>
                      </w:rPr>
                      <w:t>preparation</w:t>
                    </w:r>
                    <w:proofErr w:type="spellEnd"/>
                    <w:r w:rsidRPr="00F1372F">
                      <w:rPr>
                        <w:rFonts w:asciiTheme="majorHAnsi" w:hAnsiTheme="majorHAnsi" w:cstheme="majorHAnsi"/>
                        <w:b/>
                        <w:bCs/>
                        <w:sz w:val="24"/>
                        <w:szCs w:val="24"/>
                        <w:lang w:val="nl-NL"/>
                      </w:rPr>
                      <w:t xml:space="preserve"> form</w:t>
                    </w:r>
                  </w:p>
                </w:txbxContent>
              </v:textbox>
            </v:shape>
          </w:pict>
        </mc:Fallback>
      </mc:AlternateContent>
    </w:r>
    <w:r w:rsidR="006D7C6B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6B9C76" wp14:editId="7E16AB02">
              <wp:simplePos x="0" y="0"/>
              <wp:positionH relativeFrom="column">
                <wp:posOffset>-689966</wp:posOffset>
              </wp:positionH>
              <wp:positionV relativeFrom="paragraph">
                <wp:posOffset>-364490</wp:posOffset>
              </wp:positionV>
              <wp:extent cx="6988029" cy="1191237"/>
              <wp:effectExtent l="0" t="0" r="0" b="3175"/>
              <wp:wrapNone/>
              <wp:docPr id="144520007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88029" cy="119123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ADAED87" w14:textId="3A9C71D4" w:rsidR="006D7C6B" w:rsidRDefault="006D7C6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EC79C1F" wp14:editId="3BDF571A">
                                <wp:extent cx="7136181" cy="895985"/>
                                <wp:effectExtent l="0" t="0" r="1270" b="5715"/>
                                <wp:docPr id="104480733" name="Picture 1" descr="A blue and white background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28715176" name="Picture 1" descr="A blue and white background&#10;&#10;Description automatically generated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57755" cy="9238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176B9C76" id="_x0000_s1027" type="#_x0000_t202" style="position:absolute;margin-left:-54.35pt;margin-top:-28.7pt;width:550.25pt;height:9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" fillcolor="white [3201]" stroked="f" strokeweight=".5pt">
              <v:textbox style="layout-flow:vertical-ideographic">
                <w:txbxContent>
                  <w:p w14:paraId="6ADAED87" w14:textId="3A9C71D4" w:rsidR="006D7C6B" w:rsidRDefault="006D7C6B">
                    <w:r>
                      <w:rPr>
                        <w:noProof/>
                      </w:rPr>
                      <w:drawing>
                        <wp:inline distT="0" distB="0" distL="0" distR="0" wp14:anchorId="1EC79C1F" wp14:editId="3BDF571A">
                          <wp:extent cx="7136181" cy="895985"/>
                          <wp:effectExtent l="0" t="0" r="1270" b="5715"/>
                          <wp:docPr id="104480733" name="Picture 1" descr="A blue and white background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28715176" name="Picture 1" descr="A blue and white background&#10;&#10;Description automatically generated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57755" cy="9238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6380722"/>
    <w:multiLevelType w:val="hybridMultilevel"/>
    <w:tmpl w:val="C582BA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6540597">
    <w:abstractNumId w:val="8"/>
  </w:num>
  <w:num w:numId="2" w16cid:durableId="911431807">
    <w:abstractNumId w:val="6"/>
  </w:num>
  <w:num w:numId="3" w16cid:durableId="880631244">
    <w:abstractNumId w:val="5"/>
  </w:num>
  <w:num w:numId="4" w16cid:durableId="1607037808">
    <w:abstractNumId w:val="4"/>
  </w:num>
  <w:num w:numId="5" w16cid:durableId="366610751">
    <w:abstractNumId w:val="7"/>
  </w:num>
  <w:num w:numId="6" w16cid:durableId="948052816">
    <w:abstractNumId w:val="3"/>
  </w:num>
  <w:num w:numId="7" w16cid:durableId="1421369025">
    <w:abstractNumId w:val="2"/>
  </w:num>
  <w:num w:numId="8" w16cid:durableId="237059220">
    <w:abstractNumId w:val="1"/>
  </w:num>
  <w:num w:numId="9" w16cid:durableId="841165492">
    <w:abstractNumId w:val="0"/>
  </w:num>
  <w:num w:numId="10" w16cid:durableId="72353027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452C1"/>
    <w:rsid w:val="0006063C"/>
    <w:rsid w:val="00087A6F"/>
    <w:rsid w:val="0009322D"/>
    <w:rsid w:val="000B3AC7"/>
    <w:rsid w:val="000D7144"/>
    <w:rsid w:val="00133720"/>
    <w:rsid w:val="0015074B"/>
    <w:rsid w:val="00176025"/>
    <w:rsid w:val="001B349B"/>
    <w:rsid w:val="001E7F78"/>
    <w:rsid w:val="00215D23"/>
    <w:rsid w:val="00246535"/>
    <w:rsid w:val="00275FAB"/>
    <w:rsid w:val="0029639D"/>
    <w:rsid w:val="00326F90"/>
    <w:rsid w:val="00332CEE"/>
    <w:rsid w:val="00352EA1"/>
    <w:rsid w:val="003B133B"/>
    <w:rsid w:val="005325B7"/>
    <w:rsid w:val="005A183F"/>
    <w:rsid w:val="006A4132"/>
    <w:rsid w:val="006A5452"/>
    <w:rsid w:val="006B41DD"/>
    <w:rsid w:val="006D7C6B"/>
    <w:rsid w:val="0071264C"/>
    <w:rsid w:val="0073718D"/>
    <w:rsid w:val="007B3A7E"/>
    <w:rsid w:val="008E2B54"/>
    <w:rsid w:val="009916B5"/>
    <w:rsid w:val="00A1538E"/>
    <w:rsid w:val="00A177C4"/>
    <w:rsid w:val="00A25352"/>
    <w:rsid w:val="00A364C3"/>
    <w:rsid w:val="00A45A0F"/>
    <w:rsid w:val="00A82ED8"/>
    <w:rsid w:val="00A871EC"/>
    <w:rsid w:val="00AA1D8D"/>
    <w:rsid w:val="00AB4054"/>
    <w:rsid w:val="00AF5E03"/>
    <w:rsid w:val="00B116A7"/>
    <w:rsid w:val="00B47730"/>
    <w:rsid w:val="00B74A0C"/>
    <w:rsid w:val="00BB1D54"/>
    <w:rsid w:val="00BD6F0E"/>
    <w:rsid w:val="00BE1EB2"/>
    <w:rsid w:val="00C65525"/>
    <w:rsid w:val="00C702D1"/>
    <w:rsid w:val="00C76A91"/>
    <w:rsid w:val="00C963BA"/>
    <w:rsid w:val="00CB0664"/>
    <w:rsid w:val="00CC70D2"/>
    <w:rsid w:val="00D66195"/>
    <w:rsid w:val="00D812B0"/>
    <w:rsid w:val="00DE6777"/>
    <w:rsid w:val="00E44F83"/>
    <w:rsid w:val="00E610D5"/>
    <w:rsid w:val="00F1372F"/>
    <w:rsid w:val="00F64EF9"/>
    <w:rsid w:val="00F77F8F"/>
    <w:rsid w:val="00F8390C"/>
    <w:rsid w:val="00FB2745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535046D"/>
  <w14:defaultImageDpi w14:val="300"/>
  <w15:docId w15:val="{0368719E-1D84-1F48-A992-4CE0FBA6A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Client Questionnaire for Coaching Sessions</vt:lpstr>
    </vt:vector>
  </TitlesOfParts>
  <Manager/>
  <Company/>
  <LinksUpToDate>false</LinksUpToDate>
  <CharactersWithSpaces>696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Client Questionnaire for Coaching Sessions</dc:title>
  <dc:subject/>
  <dc:creator>python-docx</dc:creator>
  <cp:keywords/>
  <dc:description>generated by python-docx</dc:description>
  <cp:lastModifiedBy>Debbie Terwey</cp:lastModifiedBy>
  <cp:revision>2</cp:revision>
  <dcterms:created xsi:type="dcterms:W3CDTF">2024-05-27T07:16:00Z</dcterms:created>
  <dcterms:modified xsi:type="dcterms:W3CDTF">2024-05-27T07:16:00Z</dcterms:modified>
  <cp:category/>
</cp:coreProperties>
</file>